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08DD0" w14:textId="77777777" w:rsidR="00CA4990" w:rsidRDefault="00000000">
      <w:pPr>
        <w:spacing w:after="20"/>
        <w:jc w:val="center"/>
      </w:pPr>
      <w:r>
        <w:rPr>
          <w:b/>
          <w:sz w:val="24"/>
        </w:rPr>
        <w:t>Risk Assessment – Snow Globe Hire (HSE/AAIAC Style)</w:t>
      </w:r>
    </w:p>
    <w:p w14:paraId="0BDD588E" w14:textId="77777777" w:rsidR="00CA4990" w:rsidRDefault="00000000">
      <w:pPr>
        <w:pStyle w:val="Heading1"/>
        <w:spacing w:before="0"/>
      </w:pPr>
      <w:r>
        <w:t>Activity Description</w:t>
      </w:r>
    </w:p>
    <w:p w14:paraId="459AF9F4" w14:textId="77777777" w:rsidR="00CA4990" w:rsidRDefault="00000000">
      <w:pPr>
        <w:spacing w:after="20"/>
      </w:pPr>
      <w:r>
        <w:t>Delivery, setup, supervised operation and dismantling of snow globe equipment for temporary hire at events.</w:t>
      </w:r>
    </w:p>
    <w:p w14:paraId="6573F296" w14:textId="77777777" w:rsidR="00CA4990" w:rsidRDefault="00000000">
      <w:pPr>
        <w:pStyle w:val="Heading1"/>
        <w:spacing w:before="0"/>
      </w:pPr>
      <w:r>
        <w:t>Persons at Risk</w:t>
      </w:r>
    </w:p>
    <w:p w14:paraId="2C2E4261" w14:textId="77777777" w:rsidR="00CA4990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CA4990" w14:paraId="2385B6E4" w14:textId="77777777">
        <w:trPr>
          <w:jc w:val="center"/>
        </w:trPr>
        <w:tc>
          <w:tcPr>
            <w:tcW w:w="2189" w:type="dxa"/>
          </w:tcPr>
          <w:p w14:paraId="05B54D92" w14:textId="77777777" w:rsidR="00CA4990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176D94B6" w14:textId="77777777" w:rsidR="00CA4990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61EEC635" w14:textId="77777777" w:rsidR="00CA4990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2036D305" w14:textId="77777777" w:rsidR="00CA4990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724A32A4" w14:textId="77777777" w:rsidR="00CA4990" w:rsidRDefault="00000000">
            <w:r>
              <w:rPr>
                <w:b/>
                <w:sz w:val="14"/>
              </w:rPr>
              <w:t>Residual Risk</w:t>
            </w:r>
          </w:p>
        </w:tc>
      </w:tr>
      <w:tr w:rsidR="00CA4990" w14:paraId="53EE458C" w14:textId="77777777">
        <w:trPr>
          <w:jc w:val="center"/>
        </w:trPr>
        <w:tc>
          <w:tcPr>
            <w:tcW w:w="2189" w:type="dxa"/>
          </w:tcPr>
          <w:p w14:paraId="5BC5FF4D" w14:textId="77777777" w:rsidR="00CA4990" w:rsidRDefault="00000000">
            <w:r>
              <w:rPr>
                <w:sz w:val="13"/>
              </w:rPr>
              <w:t>Manual handling of snow globe equipment</w:t>
            </w:r>
          </w:p>
        </w:tc>
        <w:tc>
          <w:tcPr>
            <w:tcW w:w="2189" w:type="dxa"/>
          </w:tcPr>
          <w:p w14:paraId="55E008D5" w14:textId="77777777" w:rsidR="00CA4990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0EBFC7BF" w14:textId="77777777" w:rsidR="00CA499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E5EA13B" w14:textId="77777777" w:rsidR="00CA4990" w:rsidRDefault="00000000">
            <w:r>
              <w:rPr>
                <w:sz w:val="13"/>
              </w:rPr>
              <w:t>Use safe lifting techniques and team lifts where required; use suitable handling equipment for bulky components.</w:t>
            </w:r>
          </w:p>
        </w:tc>
        <w:tc>
          <w:tcPr>
            <w:tcW w:w="2189" w:type="dxa"/>
          </w:tcPr>
          <w:p w14:paraId="3F5C5323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1848F9AD" w14:textId="77777777">
        <w:trPr>
          <w:jc w:val="center"/>
        </w:trPr>
        <w:tc>
          <w:tcPr>
            <w:tcW w:w="2189" w:type="dxa"/>
          </w:tcPr>
          <w:p w14:paraId="76EEF1E9" w14:textId="77777777" w:rsidR="00CA4990" w:rsidRDefault="00000000">
            <w:r>
              <w:rPr>
                <w:sz w:val="13"/>
              </w:rPr>
              <w:t>Inflatable instability / inadequate anchoring</w:t>
            </w:r>
          </w:p>
        </w:tc>
        <w:tc>
          <w:tcPr>
            <w:tcW w:w="2189" w:type="dxa"/>
          </w:tcPr>
          <w:p w14:paraId="47C3609E" w14:textId="77777777" w:rsidR="00CA4990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2D5E79AC" w14:textId="77777777" w:rsidR="00CA499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1C6E8105" w14:textId="77777777" w:rsidR="00CA4990" w:rsidRDefault="00000000">
            <w:r>
              <w:rPr>
                <w:sz w:val="13"/>
              </w:rPr>
              <w:t>Set up on suitable firm, level ground; use manufacturer's anchoring requirements; inspect before use.</w:t>
            </w:r>
          </w:p>
        </w:tc>
        <w:tc>
          <w:tcPr>
            <w:tcW w:w="2189" w:type="dxa"/>
          </w:tcPr>
          <w:p w14:paraId="565865DF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385EDC4E" w14:textId="77777777">
        <w:trPr>
          <w:jc w:val="center"/>
        </w:trPr>
        <w:tc>
          <w:tcPr>
            <w:tcW w:w="2189" w:type="dxa"/>
          </w:tcPr>
          <w:p w14:paraId="429F1746" w14:textId="77777777" w:rsidR="00CA4990" w:rsidRDefault="00000000">
            <w:r>
              <w:rPr>
                <w:sz w:val="13"/>
              </w:rPr>
              <w:t>Inflatable deflation / loss of pressure</w:t>
            </w:r>
          </w:p>
        </w:tc>
        <w:tc>
          <w:tcPr>
            <w:tcW w:w="2189" w:type="dxa"/>
          </w:tcPr>
          <w:p w14:paraId="6C4C9F76" w14:textId="77777777" w:rsidR="00CA4990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528E5333" w14:textId="77777777" w:rsidR="00CA499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91AA392" w14:textId="77777777" w:rsidR="00CA4990" w:rsidRDefault="00000000">
            <w:r>
              <w:rPr>
                <w:sz w:val="13"/>
              </w:rPr>
              <w:t>Use correct blower and connections; maintain inflation as required; stop access immediately if pressure is lost.</w:t>
            </w:r>
          </w:p>
        </w:tc>
        <w:tc>
          <w:tcPr>
            <w:tcW w:w="2189" w:type="dxa"/>
          </w:tcPr>
          <w:p w14:paraId="4E01DBEC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6DBF01B0" w14:textId="77777777">
        <w:trPr>
          <w:jc w:val="center"/>
        </w:trPr>
        <w:tc>
          <w:tcPr>
            <w:tcW w:w="2189" w:type="dxa"/>
          </w:tcPr>
          <w:p w14:paraId="2A366192" w14:textId="77777777" w:rsidR="00CA4990" w:rsidRDefault="00000000">
            <w:r>
              <w:rPr>
                <w:sz w:val="13"/>
              </w:rPr>
              <w:t>Participant slips / falls inside</w:t>
            </w:r>
          </w:p>
        </w:tc>
        <w:tc>
          <w:tcPr>
            <w:tcW w:w="2189" w:type="dxa"/>
          </w:tcPr>
          <w:p w14:paraId="0349F197" w14:textId="77777777" w:rsidR="00CA4990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46C5CF46" w14:textId="77777777" w:rsidR="00CA499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DAD8AB9" w14:textId="77777777" w:rsidR="00CA4990" w:rsidRDefault="00000000">
            <w:r>
              <w:rPr>
                <w:sz w:val="13"/>
              </w:rPr>
              <w:t>Maintain a clean and suitable internal surface; control numbers; prohibit running and rough play.</w:t>
            </w:r>
          </w:p>
        </w:tc>
        <w:tc>
          <w:tcPr>
            <w:tcW w:w="2189" w:type="dxa"/>
          </w:tcPr>
          <w:p w14:paraId="75AFA0F6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2F3D112F" w14:textId="77777777">
        <w:trPr>
          <w:jc w:val="center"/>
        </w:trPr>
        <w:tc>
          <w:tcPr>
            <w:tcW w:w="2189" w:type="dxa"/>
          </w:tcPr>
          <w:p w14:paraId="53B0B4BF" w14:textId="77777777" w:rsidR="00CA4990" w:rsidRDefault="00000000">
            <w:r>
              <w:rPr>
                <w:sz w:val="13"/>
              </w:rPr>
              <w:t>Visibility / disorientation</w:t>
            </w:r>
          </w:p>
        </w:tc>
        <w:tc>
          <w:tcPr>
            <w:tcW w:w="2189" w:type="dxa"/>
          </w:tcPr>
          <w:p w14:paraId="3D12EE4F" w14:textId="77777777" w:rsidR="00CA4990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1A4D2E42" w14:textId="77777777" w:rsidR="00CA499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1DF4607D" w14:textId="77777777" w:rsidR="00CA4990" w:rsidRDefault="00000000">
            <w:r>
              <w:rPr>
                <w:sz w:val="13"/>
              </w:rPr>
              <w:t>Provide clear instructions before entry; supervise participants; maintain adequate lighting and visibility where applicable.</w:t>
            </w:r>
          </w:p>
        </w:tc>
        <w:tc>
          <w:tcPr>
            <w:tcW w:w="2189" w:type="dxa"/>
          </w:tcPr>
          <w:p w14:paraId="43264BF7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0B8C3AE6" w14:textId="77777777">
        <w:trPr>
          <w:jc w:val="center"/>
        </w:trPr>
        <w:tc>
          <w:tcPr>
            <w:tcW w:w="2189" w:type="dxa"/>
          </w:tcPr>
          <w:p w14:paraId="54C8F25E" w14:textId="77777777" w:rsidR="00CA4990" w:rsidRDefault="00000000">
            <w:r>
              <w:rPr>
                <w:sz w:val="13"/>
              </w:rPr>
              <w:t>Overcrowding</w:t>
            </w:r>
          </w:p>
        </w:tc>
        <w:tc>
          <w:tcPr>
            <w:tcW w:w="2189" w:type="dxa"/>
          </w:tcPr>
          <w:p w14:paraId="3C06E620" w14:textId="77777777" w:rsidR="00CA4990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6FB73BA1" w14:textId="77777777" w:rsidR="00CA499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63777FCE" w14:textId="77777777" w:rsidR="00CA4990" w:rsidRDefault="00000000">
            <w:r>
              <w:rPr>
                <w:sz w:val="13"/>
              </w:rPr>
              <w:t>Limit occupancy to the manufacturer's safe capacity; control entry and exit; supervise continuously.</w:t>
            </w:r>
          </w:p>
        </w:tc>
        <w:tc>
          <w:tcPr>
            <w:tcW w:w="2189" w:type="dxa"/>
          </w:tcPr>
          <w:p w14:paraId="7A6EE676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6FF06056" w14:textId="77777777">
        <w:trPr>
          <w:jc w:val="center"/>
        </w:trPr>
        <w:tc>
          <w:tcPr>
            <w:tcW w:w="2189" w:type="dxa"/>
          </w:tcPr>
          <w:p w14:paraId="1DBC511D" w14:textId="77777777" w:rsidR="00CA4990" w:rsidRDefault="00000000">
            <w:r>
              <w:rPr>
                <w:sz w:val="13"/>
              </w:rPr>
              <w:t>Participant distress / unsuitable user</w:t>
            </w:r>
          </w:p>
        </w:tc>
        <w:tc>
          <w:tcPr>
            <w:tcW w:w="2189" w:type="dxa"/>
          </w:tcPr>
          <w:p w14:paraId="5C808AEB" w14:textId="77777777" w:rsidR="00CA4990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4A5E3ADA" w14:textId="77777777" w:rsidR="00CA499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1C04A31A" w14:textId="77777777" w:rsidR="00CA4990" w:rsidRDefault="00000000">
            <w:r>
              <w:rPr>
                <w:sz w:val="13"/>
              </w:rPr>
              <w:t>Consider age, mobility, ability and individual suitability; provide supervision and stop participation if distress occurs.</w:t>
            </w:r>
          </w:p>
        </w:tc>
        <w:tc>
          <w:tcPr>
            <w:tcW w:w="2189" w:type="dxa"/>
          </w:tcPr>
          <w:p w14:paraId="78F1D11E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72A4A2EB" w14:textId="77777777">
        <w:trPr>
          <w:jc w:val="center"/>
        </w:trPr>
        <w:tc>
          <w:tcPr>
            <w:tcW w:w="2189" w:type="dxa"/>
          </w:tcPr>
          <w:p w14:paraId="73ACA791" w14:textId="77777777" w:rsidR="00CA4990" w:rsidRDefault="00000000">
            <w:r>
              <w:rPr>
                <w:sz w:val="13"/>
              </w:rPr>
              <w:t>Damaged inflatable / windows / seams</w:t>
            </w:r>
          </w:p>
        </w:tc>
        <w:tc>
          <w:tcPr>
            <w:tcW w:w="2189" w:type="dxa"/>
          </w:tcPr>
          <w:p w14:paraId="41A56E45" w14:textId="77777777" w:rsidR="00CA4990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02842C01" w14:textId="77777777" w:rsidR="00CA499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398DB29" w14:textId="77777777" w:rsidR="00CA4990" w:rsidRDefault="00000000">
            <w:r>
              <w:rPr>
                <w:sz w:val="13"/>
              </w:rPr>
              <w:t>Inspect the structure and viewing areas before each use; remove damaged equipment from service.</w:t>
            </w:r>
          </w:p>
        </w:tc>
        <w:tc>
          <w:tcPr>
            <w:tcW w:w="2189" w:type="dxa"/>
          </w:tcPr>
          <w:p w14:paraId="3A1C8199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0F3D8272" w14:textId="77777777">
        <w:trPr>
          <w:jc w:val="center"/>
        </w:trPr>
        <w:tc>
          <w:tcPr>
            <w:tcW w:w="2189" w:type="dxa"/>
          </w:tcPr>
          <w:p w14:paraId="310B177E" w14:textId="77777777" w:rsidR="00CA4990" w:rsidRDefault="00000000">
            <w:r>
              <w:rPr>
                <w:sz w:val="13"/>
              </w:rPr>
              <w:t>Electrical equipment / blower</w:t>
            </w:r>
          </w:p>
        </w:tc>
        <w:tc>
          <w:tcPr>
            <w:tcW w:w="2189" w:type="dxa"/>
          </w:tcPr>
          <w:p w14:paraId="11911C03" w14:textId="77777777" w:rsidR="00CA4990" w:rsidRDefault="00000000">
            <w:r>
              <w:rPr>
                <w:sz w:val="13"/>
              </w:rPr>
              <w:t>Staff/Participants</w:t>
            </w:r>
          </w:p>
        </w:tc>
        <w:tc>
          <w:tcPr>
            <w:tcW w:w="2189" w:type="dxa"/>
          </w:tcPr>
          <w:p w14:paraId="06EC4D66" w14:textId="77777777" w:rsidR="00CA499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261FF46" w14:textId="77777777" w:rsidR="00CA4990" w:rsidRDefault="00000000">
            <w:r>
              <w:rPr>
                <w:sz w:val="13"/>
              </w:rPr>
              <w:t>Use suitable electrical protection; route cables safely; keep connections dry; inspect before use.</w:t>
            </w:r>
          </w:p>
        </w:tc>
        <w:tc>
          <w:tcPr>
            <w:tcW w:w="2189" w:type="dxa"/>
          </w:tcPr>
          <w:p w14:paraId="748AE343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40ABE394" w14:textId="77777777">
        <w:trPr>
          <w:jc w:val="center"/>
        </w:trPr>
        <w:tc>
          <w:tcPr>
            <w:tcW w:w="2189" w:type="dxa"/>
          </w:tcPr>
          <w:p w14:paraId="45C201B1" w14:textId="77777777" w:rsidR="00CA4990" w:rsidRDefault="00000000">
            <w:r>
              <w:rPr>
                <w:sz w:val="13"/>
              </w:rPr>
              <w:t>Trips at entrance / exit</w:t>
            </w:r>
          </w:p>
        </w:tc>
        <w:tc>
          <w:tcPr>
            <w:tcW w:w="2189" w:type="dxa"/>
          </w:tcPr>
          <w:p w14:paraId="3EC7B892" w14:textId="77777777" w:rsidR="00CA4990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0F0087A4" w14:textId="77777777" w:rsidR="00CA499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26066D0" w14:textId="77777777" w:rsidR="00CA4990" w:rsidRDefault="00000000">
            <w:r>
              <w:rPr>
                <w:sz w:val="13"/>
              </w:rPr>
              <w:t>Keep entry and exit areas clear; manage queues; remove obstacles promptly.</w:t>
            </w:r>
          </w:p>
        </w:tc>
        <w:tc>
          <w:tcPr>
            <w:tcW w:w="2189" w:type="dxa"/>
          </w:tcPr>
          <w:p w14:paraId="6754F0EF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673CD53A" w14:textId="77777777">
        <w:trPr>
          <w:jc w:val="center"/>
        </w:trPr>
        <w:tc>
          <w:tcPr>
            <w:tcW w:w="2189" w:type="dxa"/>
          </w:tcPr>
          <w:p w14:paraId="1D468E0B" w14:textId="77777777" w:rsidR="00CA4990" w:rsidRDefault="00000000">
            <w:r>
              <w:rPr>
                <w:sz w:val="13"/>
              </w:rPr>
              <w:t>Spectators entering operating area</w:t>
            </w:r>
          </w:p>
        </w:tc>
        <w:tc>
          <w:tcPr>
            <w:tcW w:w="2189" w:type="dxa"/>
          </w:tcPr>
          <w:p w14:paraId="36C3F757" w14:textId="77777777" w:rsidR="00CA4990" w:rsidRDefault="00000000">
            <w:r>
              <w:rPr>
                <w:sz w:val="13"/>
              </w:rPr>
              <w:t>Public</w:t>
            </w:r>
          </w:p>
        </w:tc>
        <w:tc>
          <w:tcPr>
            <w:tcW w:w="2189" w:type="dxa"/>
          </w:tcPr>
          <w:p w14:paraId="16F4990D" w14:textId="77777777" w:rsidR="00CA499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0A05666" w14:textId="77777777" w:rsidR="00CA4990" w:rsidRDefault="00000000">
            <w:r>
              <w:rPr>
                <w:sz w:val="13"/>
              </w:rPr>
              <w:t>Clearly define active and spectator areas and control access.</w:t>
            </w:r>
          </w:p>
        </w:tc>
        <w:tc>
          <w:tcPr>
            <w:tcW w:w="2189" w:type="dxa"/>
          </w:tcPr>
          <w:p w14:paraId="621F5641" w14:textId="77777777" w:rsidR="00CA4990" w:rsidRDefault="00000000">
            <w:r>
              <w:rPr>
                <w:sz w:val="13"/>
              </w:rPr>
              <w:t>Low</w:t>
            </w:r>
          </w:p>
        </w:tc>
      </w:tr>
      <w:tr w:rsidR="00CA4990" w14:paraId="1237E01D" w14:textId="77777777">
        <w:trPr>
          <w:jc w:val="center"/>
        </w:trPr>
        <w:tc>
          <w:tcPr>
            <w:tcW w:w="2189" w:type="dxa"/>
          </w:tcPr>
          <w:p w14:paraId="23CCF534" w14:textId="77777777" w:rsidR="00CA4990" w:rsidRDefault="00000000">
            <w:r>
              <w:rPr>
                <w:sz w:val="13"/>
              </w:rPr>
              <w:t>Emergency evacuation / access</w:t>
            </w:r>
          </w:p>
        </w:tc>
        <w:tc>
          <w:tcPr>
            <w:tcW w:w="2189" w:type="dxa"/>
          </w:tcPr>
          <w:p w14:paraId="08E78B49" w14:textId="77777777" w:rsidR="00CA4990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35D71642" w14:textId="77777777" w:rsidR="00CA499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177DB84C" w14:textId="77777777" w:rsidR="00CA4990" w:rsidRDefault="00000000">
            <w:r>
              <w:rPr>
                <w:sz w:val="13"/>
              </w:rPr>
              <w:t>Keep exits and emergency routes clear; staff must know emergency procedures and evacuate when required.</w:t>
            </w:r>
          </w:p>
        </w:tc>
        <w:tc>
          <w:tcPr>
            <w:tcW w:w="2189" w:type="dxa"/>
          </w:tcPr>
          <w:p w14:paraId="4D13F8AD" w14:textId="77777777" w:rsidR="00CA4990" w:rsidRDefault="00000000">
            <w:r>
              <w:rPr>
                <w:sz w:val="13"/>
              </w:rPr>
              <w:t>Low</w:t>
            </w:r>
          </w:p>
        </w:tc>
      </w:tr>
    </w:tbl>
    <w:p w14:paraId="049D7528" w14:textId="77777777" w:rsidR="00CA4990" w:rsidRDefault="00000000">
      <w:pPr>
        <w:pStyle w:val="Heading1"/>
        <w:spacing w:before="0"/>
      </w:pPr>
      <w:r>
        <w:t>Operational Controls</w:t>
      </w:r>
    </w:p>
    <w:p w14:paraId="27A430FC" w14:textId="77777777" w:rsidR="00CA4990" w:rsidRDefault="00000000">
      <w:pPr>
        <w:pStyle w:val="ListBullet"/>
        <w:spacing w:after="0"/>
      </w:pPr>
      <w:r>
        <w:t>Set up the Snow Globe activity on suitable ground/surface with adequate clearance and access.</w:t>
      </w:r>
    </w:p>
    <w:p w14:paraId="60F808E3" w14:textId="77777777" w:rsidR="00CA4990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2679E866" w14:textId="77777777" w:rsidR="00CA4990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2DD5552A" w14:textId="77777777" w:rsidR="00CA4990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6C310A5E" w14:textId="77777777" w:rsidR="00CA4990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30679762" w14:textId="77777777" w:rsidR="00CA4990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11275F59" w14:textId="77777777" w:rsidR="00CA4990" w:rsidRDefault="00000000">
      <w:pPr>
        <w:pStyle w:val="Heading1"/>
        <w:spacing w:before="0"/>
      </w:pPr>
      <w:r>
        <w:t>Emergency Procedures</w:t>
      </w:r>
    </w:p>
    <w:p w14:paraId="2E819D85" w14:textId="77777777" w:rsidR="00CA4990" w:rsidRDefault="00000000">
      <w:pPr>
        <w:pStyle w:val="ListBullet"/>
        <w:spacing w:after="0"/>
      </w:pPr>
      <w:r>
        <w:t>Stop the Snow Globe activity immediately following any incident or unsafe condition.</w:t>
      </w:r>
    </w:p>
    <w:p w14:paraId="3D84B608" w14:textId="77777777" w:rsidR="00CA4990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27482C05" w14:textId="77777777" w:rsidR="00CA4990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16CD90DD" w14:textId="77777777" w:rsidR="00CA4990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673B27FA" w14:textId="77777777" w:rsidR="00CA4990" w:rsidRDefault="00000000">
      <w:pPr>
        <w:pStyle w:val="Heading1"/>
        <w:spacing w:before="0"/>
      </w:pPr>
      <w:r>
        <w:t>Inspection Checklist</w:t>
      </w:r>
    </w:p>
    <w:p w14:paraId="63799CC7" w14:textId="77777777" w:rsidR="00CA4990" w:rsidRDefault="00000000">
      <w:pPr>
        <w:pStyle w:val="ListBullet"/>
        <w:spacing w:after="0"/>
      </w:pPr>
      <w:r>
        <w:t>Equipment structure and components stable, secure and free from damage.</w:t>
      </w:r>
    </w:p>
    <w:p w14:paraId="4B805AE7" w14:textId="77777777" w:rsidR="00CA4990" w:rsidRDefault="00000000">
      <w:pPr>
        <w:pStyle w:val="ListBullet"/>
        <w:spacing w:after="0"/>
      </w:pPr>
      <w:r>
        <w:t>Activity surface clean and free from defects or trip hazards.</w:t>
      </w:r>
    </w:p>
    <w:p w14:paraId="162C3D3E" w14:textId="77777777" w:rsidR="00CA4990" w:rsidRDefault="00000000">
      <w:pPr>
        <w:pStyle w:val="ListBullet"/>
        <w:spacing w:after="0"/>
      </w:pPr>
      <w:r>
        <w:t>Access, exit and spectator areas clearly defined.</w:t>
      </w:r>
    </w:p>
    <w:p w14:paraId="3A362786" w14:textId="77777777" w:rsidR="00CA4990" w:rsidRDefault="00000000">
      <w:pPr>
        <w:pStyle w:val="ListBullet"/>
        <w:spacing w:after="0"/>
      </w:pPr>
      <w:r>
        <w:t>Emergency routes and venue access remain clear.</w:t>
      </w:r>
    </w:p>
    <w:p w14:paraId="4A971BC4" w14:textId="77777777" w:rsidR="00CA4990" w:rsidRDefault="00000000">
      <w:pPr>
        <w:pStyle w:val="ListBullet"/>
        <w:spacing w:after="0"/>
      </w:pPr>
      <w:r>
        <w:t>Participant capacity, supervision and restrictions clearly established.</w:t>
      </w:r>
    </w:p>
    <w:p w14:paraId="2211111C" w14:textId="77777777" w:rsidR="00CA4990" w:rsidRDefault="00000000">
      <w:pPr>
        <w:pStyle w:val="Heading1"/>
        <w:spacing w:before="0"/>
      </w:pPr>
      <w:r>
        <w:t>Training Requirements</w:t>
      </w:r>
    </w:p>
    <w:p w14:paraId="03CA3006" w14:textId="77777777" w:rsidR="00CA4990" w:rsidRDefault="00000000">
      <w:pPr>
        <w:spacing w:after="20"/>
      </w:pPr>
      <w:r>
        <w:t>Staff trained in safe Snow Globe operation, equipment inspection, participant briefing, supervision, crowd/access control, emergency procedures and incident response.</w:t>
      </w:r>
    </w:p>
    <w:sectPr w:rsidR="00CA4990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7197852">
    <w:abstractNumId w:val="8"/>
  </w:num>
  <w:num w:numId="2" w16cid:durableId="28651436">
    <w:abstractNumId w:val="6"/>
  </w:num>
  <w:num w:numId="3" w16cid:durableId="1758210208">
    <w:abstractNumId w:val="5"/>
  </w:num>
  <w:num w:numId="4" w16cid:durableId="1846818598">
    <w:abstractNumId w:val="4"/>
  </w:num>
  <w:num w:numId="5" w16cid:durableId="1144927316">
    <w:abstractNumId w:val="7"/>
  </w:num>
  <w:num w:numId="6" w16cid:durableId="2081175237">
    <w:abstractNumId w:val="3"/>
  </w:num>
  <w:num w:numId="7" w16cid:durableId="1306279475">
    <w:abstractNumId w:val="2"/>
  </w:num>
  <w:num w:numId="8" w16cid:durableId="1041249988">
    <w:abstractNumId w:val="1"/>
  </w:num>
  <w:num w:numId="9" w16cid:durableId="94326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60DE"/>
    <w:rsid w:val="0029639D"/>
    <w:rsid w:val="00326F90"/>
    <w:rsid w:val="004D547E"/>
    <w:rsid w:val="00AA1D8D"/>
    <w:rsid w:val="00B47730"/>
    <w:rsid w:val="00CA499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DAFABD"/>
  <w14:defaultImageDpi w14:val="300"/>
  <w15:docId w15:val="{5CA9087D-0EBC-4F38-BBA2-D5664CBE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2026-08-10T14:39:00Z</dcterms:created>
  <dcterms:modified xsi:type="dcterms:W3CDTF">2026-08-10T14:39:00Z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8e5e8dc1-8b19-4645-be5a-32ddf532f853</vt:lpwstr>
  </property>
</Properties>
</file>